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906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d8e3ff7-0374-4301-8249-31d8be622a2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906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