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750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fc0b1e3-901f-4903-a2f2-e143e353d49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75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01768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27e75f-2195-4a7d-a03e-b233f9fb6c8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01768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662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789b2ae-b028-475a-9bee-bd8ffefaa7d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662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