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国医检(设)字2C2013第756-E号</w:t>
      </w:r>
    </w:p>
    <w:p>
      <w:pPr>
        <w:pStyle w:val="Heading5"/>
        <w:spacing w:line="360" w:lineRule="auto" w:before="0" w:after="0"/>
        <w:ind w:firstLine="420"/>
      </w:pPr>
      <w:r>
        <w:t>产品检验报告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5963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c34002a-180d-49e8-982c-04bd48bac2b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5963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5946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eabdec4-1d49-4e5b-a961-c56326130c4b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59463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