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沪械注准20222210728</w:t>
      </w:r>
    </w:p>
    <w:p>
      <w:pPr>
        <w:pStyle w:val="Heading5"/>
        <w:spacing w:line="360" w:lineRule="auto" w:before="0" w:after="0"/>
        <w:ind w:firstLine="420"/>
      </w:pPr>
      <w:r>
        <w:t>医疗器械注册证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39154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0734f68-758c-4ba4-b82b-dc23dd3cb74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3915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7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a411e09-8112-4e69-824d-1706559b35a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72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