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Bdr/>
        <w:spacing w:line="360" w:lineRule="auto" w:before="0" w:after="0"/>
        <w:ind w:firstLine="420"/>
        <w:rPr/>
      </w:pPr>
      <w:r/>
      <w:r>
        <mc:AlternateContent>
          <mc:Choice Requires="wpg">
            <w:drawing>
              <wp:inline distT="0" distB="0" distL="0" distR="0">
                <wp:extent cx="5276850" cy="667702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76849" cy="6677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15.50pt;height:525.75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inline distT="0" distB="0" distL="0" distR="0">
                <wp:extent cx="5276850" cy="861060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76849" cy="8610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5.50pt;height:678.00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/>
      <w:r/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