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沈阳福诺医疗器械有限公司</w:t>
      </w:r>
    </w:p>
    <w:p>
      <w:pPr>
        <w:pStyle w:val="Heading5"/>
        <w:spacing w:line="360" w:lineRule="auto" w:before="0" w:after="0"/>
        <w:ind w:firstLine="420"/>
      </w:pPr>
      <w:r>
        <w:t>信用中国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4096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713be-c07f-4a98-8a89-7ffeb247ada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409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50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a03362-909a-4716-94f0-442e75fab6d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50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7757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86d301-36c6-493d-b4fb-dfa48e495b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77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724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1b80c3-25cb-4ec4-9b4c-0e58b25d8d8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724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4420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993ee2-3748-4006-8532-94b09c62fda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4420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