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沈阳福诺医疗器械有限公司</w:t>
      </w:r>
    </w:p>
    <w:p>
      <w:pPr>
        <w:pStyle w:val="Heading5"/>
        <w:spacing w:line="360" w:lineRule="auto" w:before="0" w:after="0"/>
        <w:ind w:firstLine="420"/>
      </w:pPr>
      <w:r>
        <w:t>国家企业信用信息公示系统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d266ab2-0a4f-4097-b148-44ed0f0174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daae064-881c-4c7a-8564-346012efdee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d266ab2-0a4f-4097-b148-44ed0f0174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59e6801-e34e-4414-b7d8-c53d722897b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daae064-881c-4c7a-8564-346012efdee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99262a7-0e07-4242-907e-6301079ee29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a1fc770-56b9-4c9b-b424-512c89f809a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bbaf066-41d6-4799-b330-27fc073b85b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4321804-06b8-4357-8073-4dea066ba90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e63164-8145-4519-b5c2-4971991d599c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4321804-06b8-4357-8073-4dea066ba90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59e6801-e34e-4414-b7d8-c53d722897b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bbaf066-41d6-4799-b330-27fc073b85b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a1fc770-56b9-4c9b-b424-512c89f809a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99262a7-0e07-4242-907e-6301079ee29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934f0c3-5b4f-4bfa-bbd5-57af8d822eab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934f0c3-5b4f-4bfa-bbd5-57af8d822eab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825176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e63164-8145-4519-b5c2-4971991d599c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825176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