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4"/>
        <w:spacing w:line="360" w:lineRule="auto" w:before="0" w:after="0"/>
        <w:ind w:firstLine="420"/>
      </w:pPr>
      <w:r>
        <w:t>肌电图诱发电位仪NDI-092</w:t>
      </w:r>
    </w:p>
    <w:p>
      <w:pPr>
        <w:pStyle w:val="Heading5"/>
        <w:spacing w:line="360" w:lineRule="auto" w:before="0" w:after="0"/>
        <w:ind w:firstLine="420"/>
      </w:pPr>
      <w:r>
        <w:t>厂家技术说明书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451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efba335-f673-40f9-8c5a-d0e7e708f2b8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45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451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d5c5978-fd8a-4e3c-a503-df3c6b900a8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45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451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6b7ceda-bea1-4df6-8550-5ce74781852d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45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451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e415dd9c-8228-43cb-8142-62279f85c3c2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45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451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2b83eeb-182c-4826-8f44-e2e19fde32b1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45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451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5a351de-abc6-46ba-bbda-824d4a5226c4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45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451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352a001-4901-4047-b87a-bb435ba8899e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45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4510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a16b08c-9b95-4874-8288-ce723a80a25f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45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4510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14a2200-d5b2-4299-b12b-029f14daaf47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45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4510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dcb5b7e-9e1f-47f1-9df2-6f3bc435ddec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45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4510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7e4006a-17c2-4c1e-a71d-e36c27bd633b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45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4510"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820f64b-e5fe-42c0-876a-bbdedbe84d5f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45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4510"/>
            <wp:docPr id="13" name="Picture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35c3645-5532-4112-a7d4-720daad33f50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45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4510"/>
            <wp:docPr id="14" name="Picture 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83db03d-3aa4-4713-a262-45ee6e14fd91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45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4510"/>
            <wp:docPr id="15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8a50a6e-8dee-4f57-984c-578b3b58e31c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45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4510"/>
            <wp:docPr id="16" name="Picture 1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645b346-5b9d-4dac-8fac-b4926a4cf9fd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45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4510"/>
            <wp:docPr id="17" name="Picture 1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30a5fd3-5552-42f8-aa11-d0b9452e013e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45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4510"/>
            <wp:docPr id="18" name="Picture 1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e3c23ab4-f7ef-42ca-9f9d-71ffd2bb245e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45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4510"/>
            <wp:docPr id="19" name="Picture 1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3015d20-da9f-453e-bc6d-e65334dff6da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45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4510"/>
            <wp:docPr id="20" name="Picture 2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cbf5833-0da5-4c94-955d-5d19f36570cd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45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4510"/>
            <wp:docPr id="21" name="Picture 2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23debf8-56e3-47c2-a54c-641305c0a41a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45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4510"/>
            <wp:docPr id="22" name="Picture 2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4f706df-34fe-4340-a986-b391a53130dc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45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4510"/>
            <wp:docPr id="23" name="Picture 2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a0e5b85-3624-4750-b086-4bb13eb9dc25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45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4510"/>
            <wp:docPr id="24" name="Picture 2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f6d1b3d4-f4bd-4e41-9e5d-4b66a072ece5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4510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宋体" w:hAnsi="宋体" w:eastAsia="宋体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宋体" w:hAnsi="宋体" w:eastAsia="宋体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宋体" w:hAnsi="宋体" w:eastAsia="宋体"/>
      <w:b/>
      <w:color w:val="000000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g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image" Target="media/image5.jpg"/><Relationship Id="rId14" Type="http://schemas.openxmlformats.org/officeDocument/2006/relationships/image" Target="media/image6.jpg"/><Relationship Id="rId15" Type="http://schemas.openxmlformats.org/officeDocument/2006/relationships/image" Target="media/image7.jpg"/><Relationship Id="rId16" Type="http://schemas.openxmlformats.org/officeDocument/2006/relationships/image" Target="media/image8.jpg"/><Relationship Id="rId17" Type="http://schemas.openxmlformats.org/officeDocument/2006/relationships/image" Target="media/image9.jpg"/><Relationship Id="rId18" Type="http://schemas.openxmlformats.org/officeDocument/2006/relationships/image" Target="media/image10.jpg"/><Relationship Id="rId19" Type="http://schemas.openxmlformats.org/officeDocument/2006/relationships/image" Target="media/image11.jpg"/><Relationship Id="rId20" Type="http://schemas.openxmlformats.org/officeDocument/2006/relationships/image" Target="media/image12.jpg"/><Relationship Id="rId21" Type="http://schemas.openxmlformats.org/officeDocument/2006/relationships/image" Target="media/image13.jpg"/><Relationship Id="rId22" Type="http://schemas.openxmlformats.org/officeDocument/2006/relationships/image" Target="media/image14.jpg"/><Relationship Id="rId23" Type="http://schemas.openxmlformats.org/officeDocument/2006/relationships/image" Target="media/image15.jpg"/><Relationship Id="rId24" Type="http://schemas.openxmlformats.org/officeDocument/2006/relationships/image" Target="media/image16.jpg"/><Relationship Id="rId25" Type="http://schemas.openxmlformats.org/officeDocument/2006/relationships/image" Target="media/image17.jpg"/><Relationship Id="rId26" Type="http://schemas.openxmlformats.org/officeDocument/2006/relationships/image" Target="media/image18.jpg"/><Relationship Id="rId27" Type="http://schemas.openxmlformats.org/officeDocument/2006/relationships/image" Target="media/image19.jpg"/><Relationship Id="rId28" Type="http://schemas.openxmlformats.org/officeDocument/2006/relationships/image" Target="media/image20.jpg"/><Relationship Id="rId29" Type="http://schemas.openxmlformats.org/officeDocument/2006/relationships/image" Target="media/image21.jpg"/><Relationship Id="rId30" Type="http://schemas.openxmlformats.org/officeDocument/2006/relationships/image" Target="media/image22.jpg"/><Relationship Id="rId31" Type="http://schemas.openxmlformats.org/officeDocument/2006/relationships/image" Target="media/image23.jpg"/><Relationship Id="rId32" Type="http://schemas.openxmlformats.org/officeDocument/2006/relationships/image" Target="media/image2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