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dba992d-e34f-4360-88ab-658323e5a8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