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855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9bddcba-7057-4d77-a676-2e9a1a625e4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8554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