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78649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05b0731-7dc7-4aab-8ff8-8f3e262ec8d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786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7785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d0a57a9-b48b-4876-930a-3813e494ca7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778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6615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616fb84-5a13-41d2-9d75-cb4fd2bdbd0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661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78649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7202842-45fd-4178-b543-f6f939f979d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78649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