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c652bdb-c39c-4316-b355-04997ba0d2f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544a8b6-6d68-441e-959c-0fade38bf6b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d70e441-bba3-473b-9cdb-585bab3c78c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e88f2ec-aa3a-43f5-ac97-fcdc4eba688f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980214fb-2ad9-4b05-babc-334ff32b821d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44b4241-7bbc-4a38-a92e-c8ca0ebb601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b6a1e5c-54a9-4aa5-b57d-ab5eaa3703ab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ee47908-7d91-42a4-8f32-db9afbcf072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760f4df-07f7-454a-b94c-75bcb1b551df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ba8f16e-f83d-4cb6-bd0e-dcffe0155110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454510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f881f2f-bc8d-4daa-8c6b-2e43063f5cc2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45451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