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381ebfd-f151-4161-a9f6-59f82ae6cd0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023432-4df8-46f5-9367-6dc19c028c2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766b5d4-ebd6-428d-a1cf-163da2a4652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8c66cf8-e74e-4ac4-a22d-0a070f20308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dd95925-1aea-4025-afea-e6b1e9a0a59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29011c0-0fcd-454a-a335-d1519bf0ccc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a80e28-316f-4aa3-9ff4-5828064243ac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cae20fe-a4d0-4a1c-9bcd-e3324b6aaf6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