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a1fc770-56b9-4c9b-b424-512c89f809a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246f401-2184-4a80-b91e-1dfb1d2f47d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bbaf066-41d6-4799-b330-27fc073b85b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d266ab2-0a4f-4097-b148-44ed0f0174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2bb8655-3551-4deb-8ca5-1a76035553ff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59e6801-e34e-4414-b7d8-c53d722897b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aeda6f5-7210-4768-b522-b5e3a28dd84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7370960-0911-4aac-8847-d5d54a85474b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daae064-881c-4c7a-8564-346012efdee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