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3debf8-56e3-47c2-a54c-641305c0a41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0a5fd3-5552-42f8-aa11-d0b9452e013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3db03d-3aa4-4713-a262-45ee6e14fd9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a50a6e-8dee-4f57-984c-578b3b58e31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0e5b85-3624-4750-b086-4bb13eb9dc2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645b346-5b9d-4dac-8fac-b4926a4cf9f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cb5b7e-9e1f-47f1-9df2-6f3bc435dde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e4006a-17c2-4c1e-a71d-e36c27bd633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b7ceda-bea1-4df6-8550-5ce74781852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52a001-4901-4047-b87a-bb435ba8899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15dd9c-8228-43cb-8142-62279f85c3c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cbf5833-0da5-4c94-955d-5d19f36570c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4f706df-34fe-4340-a986-b391a53130dc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35c3645-5532-4112-a7d4-720daad33f5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a351de-abc6-46ba-bbda-824d4a5226c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efba335-f673-40f9-8c5a-d0e7e708f2b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b83eeb-182c-4826-8f44-e2e19fde32b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20f64b-e5fe-42c0-876a-bbdedbe84d5f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d5c5978-fd8a-4e3c-a503-df3c6b900a8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a16b08c-9b95-4874-8288-ce723a80a25f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015d20-da9f-453e-bc6d-e65334dff6d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4a2200-d5b2-4299-b12b-029f14daaf4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c23ab4-f7ef-42ca-9f9d-71ffd2bb245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6d1b3d4-f4bd-4e41-9e5d-4b66a072ece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