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743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dae39e0-df4d-4498-b41a-5886147683a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74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743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09079e-25b3-4f5f-89b9-1583c7a63c7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74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7437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b085ae4-0ddf-406d-80bf-101c02332c1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74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743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ba7c6b5-bb7c-4d12-aa40-8ab88655875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74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7437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28d0a1f-eeba-4d3a-9a97-e13d5a5d833c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74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7437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ffdfc93-4a5b-49b4-9de6-e98aec7978f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74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7437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ca904a4-40b6-4036-a29b-02963a70c0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7437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