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2284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b1a1e7c-ed86-45fe-b62a-c8ba1204974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22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2284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553f8f3-ad65-444e-8e58-387156bb319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22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2284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a598cbd-973c-4ac0-bf7d-b98d9dcce23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22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27335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edc454e-8ebc-4f5e-8c08-d22679a0bda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273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2284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7d7635e-a214-48ee-8ab7-2b3512c5efd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22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2284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9ce944b-60d5-420a-8516-c56fc392675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22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2284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0a32b97-8337-4b4d-a159-6b7a795d2b6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22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2284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21c2fc7-8031-4ba8-bf18-0a1abe9a171a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22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2284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d798d73-1593-42e8-9704-7c0dd12dae9e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22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2284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dbce0ab-4237-45fa-8fce-cad50b4917d0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22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2284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7529066-e52c-4979-bd77-1f3687a680d9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22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2284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4cd63b4-c8c6-4b6e-80d0-d402fc0f07b9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22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2284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f308325-0970-4e5d-b421-6535265c5fe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22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2284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4feaaa9-1c19-4c2e-9330-27e4e80a2cf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22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2284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af1ec15-e6eb-4983-b819-d44aadad3eba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22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2284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a861faf-610e-437e-ab5a-1670181307ba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22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2284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0156aba-3950-4c32-8bfa-76caa37d49a4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22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2284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89f5665-a539-4df0-ae7e-950515b59c2d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22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2284"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340931a-76d2-4972-8ea8-465d5566f771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22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2284"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425fa70-929d-4dea-8f1f-767546a1b948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22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2284"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08ef1f6-5b40-46fb-b3ce-74ff87854e88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22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2284"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f1199c3-c85a-4c62-b4e6-907780f85e98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2284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jpg"/><Relationship Id="rId24" Type="http://schemas.openxmlformats.org/officeDocument/2006/relationships/image" Target="media/image16.jpg"/><Relationship Id="rId25" Type="http://schemas.openxmlformats.org/officeDocument/2006/relationships/image" Target="media/image17.jpg"/><Relationship Id="rId26" Type="http://schemas.openxmlformats.org/officeDocument/2006/relationships/image" Target="media/image18.jpg"/><Relationship Id="rId27" Type="http://schemas.openxmlformats.org/officeDocument/2006/relationships/image" Target="media/image19.jpg"/><Relationship Id="rId28" Type="http://schemas.openxmlformats.org/officeDocument/2006/relationships/image" Target="media/image20.jpg"/><Relationship Id="rId29" Type="http://schemas.openxmlformats.org/officeDocument/2006/relationships/image" Target="media/image21.jpg"/><Relationship Id="rId30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