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83223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38da4fd-a97b-4915-bdb8-5e7cfddfa16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3223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