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1197"/>
        <w:gridCol w:w="1464"/>
        <w:gridCol w:w="1365"/>
        <w:gridCol w:w="2574"/>
        <w:gridCol w:w="1365"/>
        <w:gridCol w:w="1389"/>
      </w:tblGrid>
      <w:tr>
        <w:trPr>
          <w:trHeight w:val="98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9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299" w:lineRule="atLeast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b/>
                <w:color w:val="000000"/>
                <w:sz w:val="21"/>
              </w:rPr>
              <w:t xml:space="preserve">序号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299" w:lineRule="atLeast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b/>
                <w:color w:val="000000"/>
                <w:sz w:val="21"/>
              </w:rPr>
              <w:t xml:space="preserve">姓名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299" w:lineRule="atLeast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b/>
                <w:color w:val="000000"/>
                <w:sz w:val="21"/>
              </w:rPr>
              <w:t xml:space="preserve">学历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7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299" w:lineRule="atLeast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b/>
                <w:color w:val="000000"/>
                <w:sz w:val="21"/>
              </w:rPr>
              <w:t xml:space="preserve">身份证号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299" w:lineRule="atLeast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b/>
                <w:color w:val="000000"/>
                <w:sz w:val="21"/>
              </w:rPr>
              <w:t xml:space="preserve">是否具有驾驶证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299" w:lineRule="atLeast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b/>
                <w:color w:val="000000"/>
                <w:sz w:val="21"/>
              </w:rPr>
              <w:t xml:space="preserve">是否具有健康证</w:t>
            </w:r>
            <w:r/>
          </w:p>
        </w:tc>
      </w:tr>
      <w:tr>
        <w:trPr>
          <w:trHeight w:val="60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9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/>
            <w:r>
              <w:t xml:space="preserve">1</w:t>
            </w: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>
              <w:t xml:space="preserve">郭鑫鑫</w:t>
            </w: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>
              <w:t xml:space="preserve">本科</w:t>
            </w: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7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>
              <w:t xml:space="preserve">220182200212273535</w:t>
            </w: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>
              <w:t xml:space="preserve">是</w:t>
            </w: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>
              <w:t xml:space="preserve">是</w:t>
            </w: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</w:tr>
      <w:tr>
        <w:trPr>
          <w:trHeight w:val="56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9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  <w:r>
              <w:t xml:space="preserve">1</w:t>
            </w:r>
            <w:r/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赵雪峰</w:t>
            </w: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大专</w:t>
            </w: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7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  <w:r/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211103198002160018</w:t>
            </w:r>
            <w:r/>
            <w:r/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  <w:r>
              <w:t xml:space="preserve">是</w:t>
            </w:r>
            <w:r/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  <w:r>
              <w:t xml:space="preserve">是</w:t>
            </w:r>
            <w:r/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</w:tr>
      <w:tr>
        <w:trPr>
          <w:trHeight w:val="56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9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  <w:r>
              <w:t xml:space="preserve">1</w:t>
            </w:r>
            <w:r/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  <w:r>
              <w:rPr>
                <w:rFonts w:ascii="FangSong" w:hAnsi="FangSong" w:eastAsia="FangSong" w:cs="FangSong"/>
                <w:color w:val="000000"/>
                <w:sz w:val="21"/>
                <w:u w:val="none"/>
              </w:rPr>
              <w:t xml:space="preserve">李景浩</w:t>
            </w:r>
            <w:r/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大专</w:t>
            </w: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7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  <w:r/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211102199008012559</w:t>
            </w:r>
            <w:r/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  <w:r>
              <w:t xml:space="preserve">是</w:t>
            </w:r>
            <w:r/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</w:r>
            <w:r/>
            <w:r>
              <w:t xml:space="preserve">是</w:t>
            </w:r>
            <w:r/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</w:tr>
      <w:tr>
        <w:trPr>
          <w:trHeight w:val="56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9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4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7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</w:tr>
      <w:tr>
        <w:trPr>
          <w:trHeight w:val="56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9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...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7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</w:tr>
      <w:tr>
        <w:trPr>
          <w:trHeight w:val="564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197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...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46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2574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65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1389" w:type="dxa"/>
            <w:vAlign w:val="center"/>
            <w:textDirection w:val="lrTb"/>
            <w:noWrap w:val="false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line="360" w:lineRule="auto"/>
              <w:ind w:right="0" w:firstLine="0" w:left="0"/>
              <w:jc w:val="center"/>
              <w:rPr/>
            </w:pPr>
            <w:r>
              <w:rPr>
                <w:rFonts w:ascii="FangSong" w:hAnsi="FangSong" w:eastAsia="FangSong" w:cs="FangSong"/>
                <w:color w:val="000000"/>
                <w:sz w:val="21"/>
              </w:rPr>
              <w:t xml:space="preserve"> </w:t>
            </w:r>
            <w:r/>
          </w:p>
        </w:tc>
      </w:tr>
    </w:tbl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FangSong" w:hAnsi="FangSong" w:eastAsia="FangSong" w:cs="FangSong"/>
          <w:b/>
          <w:color w:val="000000"/>
          <w:sz w:val="24"/>
        </w:rPr>
        <w:t xml:space="preserve">后附相关证明材料，包括但不限于身份证、驾驶证（如为专职驾驶人）、健康证</w:t>
      </w:r>
      <w:r/>
    </w:p>
    <w:p>
      <w:pPr>
        <w:pBdr/>
        <w:spacing w:line="360" w:lineRule="auto" w:before="0" w:after="0"/>
        <w:ind w:firstLine="420"/>
        <w:rPr/>
      </w:pPr>
      <w:r/>
      <w:r/>
    </w:p>
    <w:p>
      <w:pPr>
        <w:pStyle w:val="Heading5"/>
        <w:spacing w:line="360" w:lineRule="auto" w:before="0" w:after="0"/>
        <w:ind w:firstLine="420"/>
      </w:pPr>
      <w:r>
        <w:t>赵雪峰</w:t>
      </w:r>
    </w:p>
    <w:p>
      <w:pPr>
        <w:pStyle w:val="Heading6"/>
        <w:spacing w:line="360" w:lineRule="auto" w:before="0" w:after="0"/>
        <w:ind w:firstLine="420"/>
      </w:pPr>
      <w:r>
        <w:t>健康证明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2127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373a821-fbc0-45c5-8822-807c0b261bd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2127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身份证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3282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38a0d2c-a958-4480-84a5-35e21d4179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328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0522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3d5ba5-fa11-4584-9dd0-355a447e48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052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1427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5a6316-c342-4db8-8803-15d746d7278b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427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郭鑫鑫</w:t>
      </w:r>
    </w:p>
    <w:p>
      <w:pPr>
        <w:pStyle w:val="Heading6"/>
        <w:spacing w:line="360" w:lineRule="auto" w:before="0" w:after="0"/>
        <w:ind w:firstLine="420"/>
      </w:pPr>
      <w:r>
        <w:t>健康证明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0258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d2c50c6-0c96-4875-9267-67b075a85d3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025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117200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7a2fd8-9abb-4105-a324-b01df063c7e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172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身份证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6028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7a071ca-a6cf-4acd-a1bb-cde0c030317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6028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569148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9f46cfb-4a7c-4cc8-bf6a-784115db5fb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5691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李景浩</w:t>
      </w:r>
    </w:p>
    <w:p>
      <w:pPr>
        <w:pStyle w:val="Heading6"/>
        <w:spacing w:line="360" w:lineRule="auto" w:before="0" w:after="0"/>
        <w:ind w:firstLine="420"/>
      </w:pPr>
      <w:r>
        <w:t>驾驶证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9900983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4bf3886-50f4-4eb0-bd44-63b57960ec3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99009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健康证明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0029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494e774-6294-4d8c-a6b2-55bf0152ea5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002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6"/>
        <w:spacing w:line="360" w:lineRule="auto" w:before="0" w:after="0"/>
        <w:ind w:firstLine="420"/>
      </w:pPr>
      <w:r>
        <w:t>身份证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5569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9cb2eef-09e2-40d3-8840-650825dfffcf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556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7949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217d838-3050-46e8-9833-e7235f985e4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79493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