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3." ContentType="image/jpeg"/>
  <Override PartName="/word/media/image4." ContentType="image/jpeg"/>
  <Override PartName="/word/media/image5." ContentType="image/jpeg"/>
  <Override PartName="/word/media/image6." ContentType="image/jpeg"/>
  <Override PartName="/word/media/image7.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5"/>
        <w:spacing w:line="360" w:lineRule="auto" w:before="0" w:after="0"/>
        <w:ind w:firstLine="420"/>
      </w:pPr>
      <w:r>
        <w:t>租房合同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171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b7fde76-3a15-4b68-b612-f67aeecb9acd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17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aa2a2c9-f510-445b-b562-5f362f6c0a57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照片</w:t>
      </w:r>
    </w:p>
    <w:p>
      <w:pPr>
        <w:pStyle w:val="Heading6"/>
        <w:spacing w:line="360" w:lineRule="auto" w:before="0" w:after="0"/>
        <w:ind w:firstLine="420"/>
      </w:pPr>
      <w:r>
        <w:t>餐具清洗区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549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116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54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厨房工具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860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116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86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烹饪区域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549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116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54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蔬菜清洗区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549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116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54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主食制作区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5499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116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5499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"/><Relationship Id="rId12" Type="http://schemas.openxmlformats.org/officeDocument/2006/relationships/image" Target="media/image4."/><Relationship Id="rId13" Type="http://schemas.openxmlformats.org/officeDocument/2006/relationships/image" Target="media/image5."/><Relationship Id="rId14" Type="http://schemas.openxmlformats.org/officeDocument/2006/relationships/image" Target="media/image6."/><Relationship Id="rId15" Type="http://schemas.openxmlformats.org/officeDocument/2006/relationships/image" Target="media/image7.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