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png"/>
  <Override PartName="/word/media/image2." ContentType="image/png"/>
  <Override PartName="/word/media/image3.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4195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5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419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4195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56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419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141957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5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41957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Relationship Id="rId10" Type="http://schemas.openxmlformats.org/officeDocument/2006/relationships/image" Target="media/image2."/><Relationship Id="rId11" Type="http://schemas.openxmlformats.org/officeDocument/2006/relationships/image" Target="media/image3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