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png"/>
  <Override PartName="/word/media/image13.jpg" ContentType="image/png"/>
  <Override PartName="/word/media/image17.jpg" ContentType="image/png"/>
  <Override PartName="/word/media/image18.jpg" ContentType="image/png"/>
  <Override PartName="/word/media/image7.jp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Bdr/>
        <w:spacing w:line="360" w:lineRule="auto" w:before="0" w:after="0"/>
        <w:ind w:firstLine="420"/>
        <w:rPr/>
      </w:pPr>
      <w:r/>
    </w:p>
    <w:tbl>
      <w:tblPr>
        <w:tblStyle w:val="1_1167"/>
        <w:tblStyleColBandSize w:val="2"/>
        <w:tblW w:w="5000" w:type="pct"/>
        <w:tblBorders>
          <w:top w:val="single" w:color="333333" w:sz="4" w:space="0"/>
          <w:left w:val="single" w:color="333333" w:sz="4" w:space="0"/>
          <w:bottom w:val="single" w:color="333333" w:sz="4" w:space="0"/>
          <w:right w:val="single" w:color="333333" w:sz="4" w:space="0"/>
          <w:insideH w:val="single" w:color="333333" w:sz="4" w:space="0"/>
          <w:insideV w:val="single" w:color="333333" w:sz="4" w:space="0"/>
        </w:tblBorders>
        <w:tblLook w:val="01E0" w:firstRow="1" w:lastRow="1" w:firstColumn="1" w:lastColumn="1" w:noHBand="0" w:noVBand="0"/>
      </w:tblPr>
      <w:tblGrid>
        <w:gridCol w:w="1134"/>
        <w:gridCol w:w="1134"/>
      </w:tblGrid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序号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设备名称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燃气灶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蒸饭柜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冷藏柜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4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冰柜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5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烤箱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6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和面机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7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冷柜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8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消毒柜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9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留样柜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10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保温箱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11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煎蛋器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12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煮面炉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13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电饼铛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14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豆浆机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15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包子机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16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保温售饭台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17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陶瓷牛奶鼎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18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泡茶壶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19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不锈钢保温桶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20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压面机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21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搅拌机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22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除湿机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23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三星水池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24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污碟台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25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面食操作台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26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四层立架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27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三层调料架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28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展示架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29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白钢工作台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30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不锈钢货架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31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米面架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32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不锈钢烟管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33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吸油烟机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34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主管道净化器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35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主管道排风柜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36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防火阀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37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灭蚊蝇灯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38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挡鼠板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39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电子秤</w:t>
            </w:r>
            <w:r/>
          </w:p>
        </w:tc>
      </w:tr>
      <w:tr>
        <w:trPr/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40</w:t>
            </w:r>
            <w:r/>
          </w:p>
        </w:tc>
        <w:tc>
          <w:tcPr>
            <w:tcBorders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防尘网</w:t>
            </w:r>
            <w:r/>
          </w:p>
        </w:tc>
      </w:tr>
    </w:tbl>
    <w:p>
      <w:pPr>
        <w:pBdr/>
        <w:spacing w:line="360" w:lineRule="auto" w:before="0" w:after="0"/>
        <w:ind w:firstLine="420"/>
        <w:rPr/>
      </w:pPr>
      <w:r/>
    </w:p>
    <w:p>
      <w:pPr>
        <w:pStyle w:val="Heading4"/>
        <w:spacing w:line="360" w:lineRule="auto" w:before="0" w:after="0"/>
        <w:ind w:firstLine="420"/>
      </w:pPr>
      <w:r>
        <w:t>和面机</w:t>
      </w:r>
    </w:p>
    <w:p>
      <w:pPr>
        <w:pStyle w:val="Heading5"/>
        <w:spacing w:line="360" w:lineRule="auto" w:before="0" w:after="0"/>
        <w:ind w:firstLine="420"/>
      </w:pPr>
      <w:r>
        <w:t>021002000404</w:t>
      </w:r>
    </w:p>
    <w:p>
      <w:pPr>
        <w:pStyle w:val="Heading6"/>
        <w:spacing w:line="360" w:lineRule="auto" w:before="0" w:after="0"/>
        <w:ind w:firstLine="420"/>
      </w:pPr>
      <w:r>
        <w:t>购置发票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3506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cb754ce-e88c-4287-998e-c3953a1613d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350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2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2469207-ba99-4bc1-83c1-8ef984b9977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留样柜</w:t>
      </w:r>
    </w:p>
    <w:p>
      <w:pPr>
        <w:pStyle w:val="Heading5"/>
        <w:spacing w:line="360" w:lineRule="auto" w:before="0" w:after="0"/>
        <w:ind w:firstLine="420"/>
      </w:pPr>
      <w:r>
        <w:t>24372000000167214067</w:t>
      </w:r>
    </w:p>
    <w:p>
      <w:pPr>
        <w:pStyle w:val="Heading6"/>
        <w:spacing w:line="360" w:lineRule="auto" w:before="0" w:after="0"/>
        <w:ind w:firstLine="420"/>
      </w:pPr>
      <w:r>
        <w:t>购置发票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009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d6ee665-2dc8-446f-995f-eb937fd1bb9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0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2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4b8936-7bee-41bd-837c-d010e00e512f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冷藏柜</w:t>
      </w:r>
    </w:p>
    <w:p>
      <w:pPr>
        <w:pStyle w:val="Heading5"/>
        <w:spacing w:line="360" w:lineRule="auto" w:before="0" w:after="0"/>
        <w:ind w:firstLine="420"/>
      </w:pPr>
      <w:r>
        <w:t>24212000000090980555</w:t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446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2dd1564-8baa-4539-8cbb-e5b656f2e08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44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购置发票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009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c70ca5e-ad9e-415c-a3e5-c95fbdc41cc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0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烤箱</w:t>
      </w:r>
    </w:p>
    <w:p>
      <w:pPr>
        <w:pStyle w:val="Heading5"/>
        <w:spacing w:line="360" w:lineRule="auto" w:before="0" w:after="0"/>
        <w:ind w:firstLine="420"/>
      </w:pPr>
      <w:r>
        <w:t>24212000000090980481</w:t>
      </w:r>
    </w:p>
    <w:p>
      <w:pPr>
        <w:pStyle w:val="Heading6"/>
        <w:spacing w:line="360" w:lineRule="auto" w:before="0" w:after="0"/>
        <w:ind w:firstLine="420"/>
      </w:pPr>
      <w:r>
        <w:t>购置发票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0313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71a3c0f-b73c-48e2-98d6-7e3e9ac03b0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031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446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9c6a483-4f02-4e67-9e4e-835b5482a5c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44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蒸饭柜</w:t>
      </w:r>
    </w:p>
    <w:p>
      <w:pPr>
        <w:pStyle w:val="Heading5"/>
        <w:spacing w:line="360" w:lineRule="auto" w:before="0" w:after="0"/>
        <w:ind w:firstLine="420"/>
      </w:pPr>
      <w:r>
        <w:t>24212000000906698935</w:t>
      </w:r>
    </w:p>
    <w:p>
      <w:pPr>
        <w:pStyle w:val="Heading6"/>
        <w:spacing w:line="360" w:lineRule="auto" w:before="0" w:after="0"/>
        <w:ind w:firstLine="420"/>
      </w:pPr>
      <w:r>
        <w:t>购置发票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0353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d559447-dd60-4301-a10b-2f1165ad74d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035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549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e874b9a-e8cb-4758-b68a-52cf07cafbc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54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燃气炒灶</w:t>
      </w:r>
    </w:p>
    <w:p>
      <w:pPr>
        <w:pStyle w:val="Heading5"/>
        <w:spacing w:line="360" w:lineRule="auto" w:before="0" w:after="0"/>
        <w:ind w:firstLine="420"/>
      </w:pPr>
      <w:r>
        <w:t>24212000000091030298</w:t>
      </w:r>
    </w:p>
    <w:p>
      <w:pPr>
        <w:pStyle w:val="Heading6"/>
        <w:spacing w:line="360" w:lineRule="auto" w:before="0" w:after="0"/>
        <w:ind w:firstLine="420"/>
      </w:pPr>
      <w:r>
        <w:t>购置发票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009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5f762c-3183-4c0c-9457-c9adee46ef4d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0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4462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de5fc59-b0e1-44db-89d9-c99b43a4e3cb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44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冷柜</w:t>
      </w:r>
    </w:p>
    <w:p>
      <w:pPr>
        <w:pStyle w:val="Heading5"/>
        <w:spacing w:line="360" w:lineRule="auto" w:before="0" w:after="0"/>
        <w:ind w:firstLine="420"/>
      </w:pPr>
      <w:r>
        <w:t>24932000000063830480</w:t>
      </w:r>
    </w:p>
    <w:p>
      <w:pPr>
        <w:pStyle w:val="Heading6"/>
        <w:spacing w:line="360" w:lineRule="auto" w:before="0" w:after="0"/>
        <w:ind w:firstLine="420"/>
      </w:pPr>
      <w:r>
        <w:t>购置发票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60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f025faa-bc6d-4d28-a915-9137c02113cb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200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5176aba-6e28-4b41-90a8-27d85ae915d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24212000000090980555</w:t>
      </w:r>
    </w:p>
    <w:p>
      <w:pPr>
        <w:pStyle w:val="Heading6"/>
        <w:spacing w:line="360" w:lineRule="auto" w:before="0" w:after="0"/>
        <w:ind w:firstLine="420"/>
      </w:pPr>
      <w:r>
        <w:t>购置发票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1009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c70ca5e-ad9e-415c-a3e5-c95fbdc41cc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0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01689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51a89c5-3ca3-4816-831b-6de222e9046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016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保温箱</w:t>
      </w:r>
    </w:p>
    <w:p>
      <w:pPr>
        <w:pStyle w:val="Heading5"/>
        <w:spacing w:line="360" w:lineRule="auto" w:before="0" w:after="0"/>
        <w:ind w:firstLine="420"/>
      </w:pPr>
      <w:r>
        <w:t>031002000204</w:t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4727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7bcc9e1-bdfd-426a-9490-9fc0d66af90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47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购置发票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36606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1e368d5-1614-4cef-b4d9-cce9bba29e0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366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消毒柜</w:t>
      </w:r>
    </w:p>
    <w:p>
      <w:pPr>
        <w:pStyle w:val="Heading5"/>
        <w:spacing w:line="360" w:lineRule="auto" w:before="0" w:after="0"/>
        <w:ind w:firstLine="420"/>
      </w:pPr>
      <w:r>
        <w:t>24212000000090960531</w:t>
      </w:r>
    </w:p>
    <w:p>
      <w:pPr>
        <w:pStyle w:val="Heading6"/>
        <w:spacing w:line="360" w:lineRule="auto" w:before="0" w:after="0"/>
        <w:ind w:firstLine="420"/>
      </w:pPr>
      <w:r>
        <w:t>购置发票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25008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bee9539-c79d-4728-9f74-cbd44b9e176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250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2000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17bf751-b019-4e32-8bfb-b163ee66ce0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20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_1167">
    <w:name w:val="CustomTableStyle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