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png"/>
  <Override PartName="/word/media/image2." ContentType="image/png"/>
  <Override PartName="/word/media/image3.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中国石油招标投标网截图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中国石油招标投标网截图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中国石油招标投标网截图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