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50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3b6479-d32a-4b15-a7cb-a1f9cdb9857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5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623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0bd1c7-7013-4697-a83b-019550bb1a5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6230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