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7976ff-4740-4499-814d-43e66c2c2cc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8922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a4c88ae-f5e3-421d-bef9-bf78e854657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8922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