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f4a46c-bc2a-4af6-b153-3d864681e6d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64fe9e-5e56-4bf4-9814-53628e1442b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d426d1-81e1-44b8-914e-b957e9d3a89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3ed14d4-1f20-4954-a35a-bc1a6f69087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110cce-5dab-468c-b967-1a750702690a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2745370-41cc-44d9-879e-555e46dcd37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165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e502bad-40cc-4512-8d1b-a42b1e147d8f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1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02cc9c-2bc4-4eaf-9410-1e951dbcdcc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b1875d0-e53b-4762-9a54-d2924e28ef5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3372783-1565-4c39-ae7c-7aead386e81d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6c8adee-5ad2-4a49-bdf0-8bbcb23b6a7d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48e35e-a830-462e-8718-a8606c9f84c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ecf32bd-8f67-4240-b092-b3e5b81a287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b9218ef-5ab9-4cd3-a629-9c116cfb3bc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5547256-2f29-4d63-87de-ac118b075f3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4372490-3b1f-452c-8e92-6c5f73626dad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6f8345-7af1-417d-86cf-2d0cfc1ee96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92c9f32-6c5e-403b-93ed-84fe7d41643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88860b-6b42-4a5b-8a06-f0ef3a05245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f2be72-f9a3-47f8-9066-13f0cd902daa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351171-b81d-4fdc-ba5c-fde5b86dd82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cd22d88-82e0-4250-bcd9-fba626e59e1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ba19aa-67e3-4cd6-a168-44c009ccc59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15d7f9e-d1c1-4cce-a61f-59fb7b14916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1c4a2d-d6c6-41a5-ac6c-d53629731c4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f4a46c-bc2a-4af6-b153-3d864681e6d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64fe9e-5e56-4bf4-9814-53628e1442b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d426d1-81e1-44b8-914e-b957e9d3a89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3ed14d4-1f20-4954-a35a-bc1a6f69087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110cce-5dab-468c-b967-1a750702690a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2745370-41cc-44d9-879e-555e46dcd37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1651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e502bad-40cc-4512-8d1b-a42b1e147d8f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1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02cc9c-2bc4-4eaf-9410-1e951dbcdcc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b1875d0-e53b-4762-9a54-d2924e28ef5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3372783-1565-4c39-ae7c-7aead386e81d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6c8adee-5ad2-4a49-bdf0-8bbcb23b6a7d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48e35e-a830-462e-8718-a8606c9f84c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ecf32bd-8f67-4240-b092-b3e5b81a287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b9218ef-5ab9-4cd3-a629-9c116cfb3bc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5547256-2f29-4d63-87de-ac118b075f3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4372490-3b1f-452c-8e92-6c5f73626dad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6f8345-7af1-417d-86cf-2d0cfc1ee96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92c9f32-6c5e-403b-93ed-84fe7d41643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88860b-6b42-4a5b-8a06-f0ef3a05245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f2be72-f9a3-47f8-9066-13f0cd902daa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351171-b81d-4fdc-ba5c-fde5b86dd82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cd22d88-82e0-4250-bcd9-fba626e59e1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364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ba19aa-67e3-4cd6-a168-44c009ccc59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3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15d7f9e-d1c1-4cce-a61f-59fb7b14916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1c4a2d-d6c6-41a5-ac6c-d53629731c4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