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0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7e10af-600c-4c6b-b37e-9994bb785dd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7487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e264d5f-7b24-499f-8ed1-e199a310a8d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7487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