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26707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1c1443e-6b5c-4dc5-9ecf-a7d22700cf7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670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26022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3bd6e40-1331-4996-b6ab-8d4fc47154a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602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27363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cabe687-b8b7-42ed-b00c-c69cf36c564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736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28615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c73f8ff-2acd-437a-bea2-58081a763066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861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27223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b33d7a2-aca4-456a-a7c4-511d0fd1d59c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2722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10563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ccda7eb-96e2-49d1-8a5f-36949bb2db48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10563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