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cccd9fa-6426-4053-a494-8892cf15e15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e3da1fa-30ea-4e38-be76-a9fb9a1edbfd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70e47b0-38e4-462d-8c36-f1e3e0b5a15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14afc-787e-4f0c-b25b-98cf644cb15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243b89f-7ff2-4ad6-be66-a50c8bd8a32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6ee0d9c-bb1f-458e-881e-d7c4a41cb5f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165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ca3d945-72c4-4eff-be3e-28bf7bad755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1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41ed2b2-5015-4a18-b441-2240b791ada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9ee16f6-5126-49bc-9b46-3bfcc906520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696b1c0-7f84-47ac-a22c-19e502d50900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94b2659-4798-4d02-b908-bca03dd4a7b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948c899-8c3c-497e-89b7-fc353e33385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0c56791-3f19-48a0-9e00-a7957cad894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84fce5f-4881-4380-892e-29c287ea8ada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c6e101e-42b0-422d-917f-68fa3e4fedea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e07296b-9bb9-44ca-82ed-53da9ea5049d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45a5518-2588-4a6f-a5dc-861a41db4d9b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d4ddf8a-199c-4b2e-8787-73066fdaecd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9fcc540-7dc6-41b0-9d35-9264fe249597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4ee2930-8436-4116-bf7c-1c3426e7fe1f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819abd-abfd-423a-86ad-4cfae501525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ac3cdc-a8a2-4732-8fbd-6d4856408b0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60a276c-82bd-4f95-9aeb-17811df1091c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c8d6fdb-ec35-4aa4-abb3-f6dae7d0094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870e9dc-694a-46a1-98a8-04bf8189056a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33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