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7151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11b9fd1-f1b9-4117-ac72-51920e51608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715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7151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08e746e-c8c4-4583-bc05-cecc1da14e0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715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7151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f5b3e4c-67b0-4234-9994-d18f287741f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715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7151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3bc0ff2-a1ee-44ae-a7a0-8c57392820af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715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7151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bd76fea-29ec-48c8-92c1-8110c07b51ad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715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7151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01683f7-a5b5-40d3-b213-551e7e60e00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715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7151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b8cf5d9-521d-4864-8fd7-c7147e555de5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7151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