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72501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e9fdeda-aa51-4b4d-9509-3f0e61dca6e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25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4492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c98db7e-ca92-4491-949d-f793ff1de5a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449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f299b71-8807-4d83-ac91-ef7ba5eb11c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d7b4be1-05b8-4a99-99a9-8961ab9fdbe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9506900-2217-418f-b265-bfe809aff6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dcb075f-4193-4d9b-994f-079c4415236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5ddd2c2-e769-4cfe-a002-755510c8762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90e737-2225-4d25-a408-7a8684699c1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3940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ab8b3ef-35f6-4a53-924d-128c417711d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394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09843c-dea9-459c-abd0-0e65a93967b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953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c4ca7dc-f1cf-43c2-b44d-b0d6b4e5869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9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6843e9-7d82-4688-b958-e6f8f719bd2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5c08e4d-59e5-4ec1-864e-9d9391ba0e8f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79342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1f6f325-9926-42c8-97e4-bd77673a266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793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5160bf3-8abd-4077-a5f5-8c280442a1aa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b87ba7f-8b0b-4b9e-88e8-eb292daae6d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b137cd-bd69-4244-ace3-2fb97acac42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3259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f310b7d-cfb1-4da5-b801-81329680b1b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3259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