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2945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d8b67e6-c76a-46cf-bfc6-f18d8385f03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294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2945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eaff90e-e2c6-4b4d-ac31-34e5455ae75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294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29455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bef206e-5d76-4b25-8b8b-4bfd56982c5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294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29455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247aa3a-9300-4d18-8941-a64e92890a2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29455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