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." ContentType="image/jpeg"/>
  <Override PartName="/word/media/image10." ContentType="image/jpeg"/>
  <Override PartName="/word/media/image11." ContentType="image/jpeg"/>
  <Override PartName="/word/media/image12." ContentType="image/jpeg"/>
  <Override PartName="/word/media/image13." ContentType="image/jpeg"/>
  <Override PartName="/word/media/image14." ContentType="image/jpeg"/>
  <Override PartName="/word/media/image15." ContentType="image/jpeg"/>
  <Override PartName="/word/media/image16." ContentType="image/jpeg"/>
  <Override PartName="/word/media/image17." ContentType="image/jpeg"/>
  <Override PartName="/word/media/image18." ContentType="image/jpeg"/>
  <Override PartName="/word/media/image19." ContentType="image/jpeg"/>
  <Override PartName="/word/media/image2." ContentType="image/jpeg"/>
  <Override PartName="/word/media/image20." ContentType="image/jpeg"/>
  <Override PartName="/word/media/image21." ContentType="image/jpeg"/>
  <Override PartName="/word/media/image22." ContentType="image/jpeg"/>
  <Override PartName="/word/media/image23." ContentType="image/jpeg"/>
  <Override PartName="/word/media/image3." ContentType="image/jpeg"/>
  <Override PartName="/word/media/image4." ContentType="image/jpeg"/>
  <Override PartName="/word/media/image5." ContentType="image/jpeg"/>
  <Override PartName="/word/media/image6." ContentType="image/jpeg"/>
  <Override PartName="/word/media/image7." ContentType="image/jpeg"/>
  <Override PartName="/word/media/image8." ContentType="image/jpeg"/>
  <Override PartName="/word/media/image9." ContentType="image/jpeg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5"/>
        <w:spacing w:line="360" w:lineRule="auto" w:before="0" w:after="0"/>
        <w:ind w:firstLine="420"/>
      </w:pPr>
      <w:r>
        <w:t>甘元审字【2024】第GYE-D4279号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)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2)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3)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4)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5)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6)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7)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8)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9)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0)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1)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2)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3)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4)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5)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6)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7)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8)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19)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20)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21)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22)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审计报告 (23)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"/><Relationship Id="rId10" Type="http://schemas.openxmlformats.org/officeDocument/2006/relationships/image" Target="media/image2."/><Relationship Id="rId11" Type="http://schemas.openxmlformats.org/officeDocument/2006/relationships/image" Target="media/image3."/><Relationship Id="rId12" Type="http://schemas.openxmlformats.org/officeDocument/2006/relationships/image" Target="media/image4."/><Relationship Id="rId13" Type="http://schemas.openxmlformats.org/officeDocument/2006/relationships/image" Target="media/image5."/><Relationship Id="rId14" Type="http://schemas.openxmlformats.org/officeDocument/2006/relationships/image" Target="media/image6."/><Relationship Id="rId15" Type="http://schemas.openxmlformats.org/officeDocument/2006/relationships/image" Target="media/image7."/><Relationship Id="rId16" Type="http://schemas.openxmlformats.org/officeDocument/2006/relationships/image" Target="media/image8."/><Relationship Id="rId17" Type="http://schemas.openxmlformats.org/officeDocument/2006/relationships/image" Target="media/image9."/><Relationship Id="rId18" Type="http://schemas.openxmlformats.org/officeDocument/2006/relationships/image" Target="media/image10."/><Relationship Id="rId19" Type="http://schemas.openxmlformats.org/officeDocument/2006/relationships/image" Target="media/image11."/><Relationship Id="rId20" Type="http://schemas.openxmlformats.org/officeDocument/2006/relationships/image" Target="media/image12."/><Relationship Id="rId21" Type="http://schemas.openxmlformats.org/officeDocument/2006/relationships/image" Target="media/image13."/><Relationship Id="rId22" Type="http://schemas.openxmlformats.org/officeDocument/2006/relationships/image" Target="media/image14."/><Relationship Id="rId23" Type="http://schemas.openxmlformats.org/officeDocument/2006/relationships/image" Target="media/image15."/><Relationship Id="rId24" Type="http://schemas.openxmlformats.org/officeDocument/2006/relationships/image" Target="media/image16."/><Relationship Id="rId25" Type="http://schemas.openxmlformats.org/officeDocument/2006/relationships/image" Target="media/image17."/><Relationship Id="rId26" Type="http://schemas.openxmlformats.org/officeDocument/2006/relationships/image" Target="media/image18."/><Relationship Id="rId27" Type="http://schemas.openxmlformats.org/officeDocument/2006/relationships/image" Target="media/image19."/><Relationship Id="rId28" Type="http://schemas.openxmlformats.org/officeDocument/2006/relationships/image" Target="media/image20."/><Relationship Id="rId29" Type="http://schemas.openxmlformats.org/officeDocument/2006/relationships/image" Target="media/image21."/><Relationship Id="rId30" Type="http://schemas.openxmlformats.org/officeDocument/2006/relationships/image" Target="media/image22."/><Relationship Id="rId31" Type="http://schemas.openxmlformats.org/officeDocument/2006/relationships/image" Target="media/image23.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