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" ContentType="image/jpeg"/>
  <Override PartName="/word/media/image2." ContentType="image/jpeg"/>
  <Override PartName="/word/media/image3." ContentType="image/jpeg"/>
  <Override PartName="/word/media/image4.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5"/>
        <w:spacing w:line="360" w:lineRule="auto" w:before="0" w:after="0"/>
        <w:ind w:firstLine="420"/>
      </w:pPr>
      <w:r>
        <w:t>BYT202407W0716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239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低碳钢电焊条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23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239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低碳钢电焊条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23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239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低碳钢电焊条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23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239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低碳钢电焊条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239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"/><Relationship Id="rId10" Type="http://schemas.openxmlformats.org/officeDocument/2006/relationships/image" Target="media/image2."/><Relationship Id="rId11" Type="http://schemas.openxmlformats.org/officeDocument/2006/relationships/image" Target="media/image3."/><Relationship Id="rId12" Type="http://schemas.openxmlformats.org/officeDocument/2006/relationships/image" Target="media/image4.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