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5493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cfa56b5-4b44-4660-8f71-3111909fe13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54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8253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7af84a9-d7c3-49f9-9c27-385573b01fa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825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8820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acdd079-50a3-4e94-90a4-535f0f537be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8820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