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bed1860-1915-401b-951e-f513b55f2b9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91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4ae4ade-8d6b-44f1-804d-82ee6497bab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9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529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32cccc-b52e-4597-b84f-65f414c4eb4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52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10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f73490c-7247-449e-a5b4-2fe59f3e4ed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1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8136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c2a3242-3376-4689-a4ef-7c053e12518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813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98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00c5884-df77-48f6-815a-a7d529b38dc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9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37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39e0ace-58d2-48de-9ea5-9149da535c3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37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