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91f27b-5fcc-45d7-9dd8-67db6b096f3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5c80e3d-5aca-4a8f-aab6-f1746c86657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e866498-cddb-46bd-b97a-01e36ab9f4a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c0644e4-6c56-4975-b553-f05a10c5e1a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2a6c97-8316-4640-b24f-707d8d87c3a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17adf1e-5f9f-4621-b2d9-58ad1a2687c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eaf19db-499a-4dd3-8022-73920fdc2a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c3f8135-daaa-4155-b923-3944b3202c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21021a-b184-4402-a93a-33c06d86cb9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5ff8b0e-6668-46b3-beee-5f8c83d9900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f36c31d-59f9-4a66-a588-2632e07a6f7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f8b5411-db27-4a32-b6cf-14acf79dbc4c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d8ee34-01df-4b5c-b84d-de8ebcd8e37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c9c4b5-8209-4cd9-9bd1-42fb9a06a16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96105df-b5ce-43ab-82f8-a738ba6c5de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86c3a28-56af-48a1-abbe-f0f3dcc0d57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f614574-bc5e-4a9d-b7b1-4190489cbc9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f89ddaf-387c-41ea-b1e9-b7b071e8871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4b91da-6551-4f88-ad1f-b313ffc70dd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d167735-278e-4302-9903-b789147d205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40a6b8-5884-4963-af96-c57b8dc8738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13297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7d3b7f-e2e9-4153-bf2a-f72f8ec8e07b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132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9c2b31e-3570-496d-b6dc-589900a8331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29fdf1b-0c7d-4d9e-8b5c-d88828587575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