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29392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437c46bb-bf0c-44e4-94ad-2f741537eb84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29392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59758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ca6b5c1b-5c21-4c46-a7a7-a021a1a29551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59758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59758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e9b1aa14-a85b-4257-a09c-58b079171a92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59758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59758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dfb2a975-b201-4672-a9ca-c66b320fd490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59758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59758"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0a705c51-bba3-48de-934a-e451e79a6eda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59758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59758"/>
            <wp:docPr id="6" name="Picture 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6814b854-ca0d-4bdc-91f9-cc3981740aca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59758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59758"/>
            <wp:docPr id="7" name="Picture 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a507101a-95c7-4468-84bf-add4f237cd1e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59758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59758"/>
            <wp:docPr id="8" name="Picture 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35063d96-69e4-45fb-b54b-5155a1be6b9b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59758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59758"/>
            <wp:docPr id="9" name="Picture 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0e3ff67d-7710-4629-9cf5-dc5287c46e7f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59758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59758"/>
            <wp:docPr id="10" name="Picture 10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cdd2af8-ee79-40a0-a4d9-0a4520466e25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59758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59758"/>
            <wp:docPr id="11" name="Picture 1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68d0ffd9-0347-4582-a696-884984de5894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59758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59758"/>
            <wp:docPr id="12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8041b860-e818-4f1e-ab0e-1c7bd3d4527a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59758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59758"/>
            <wp:docPr id="13" name="Picture 1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78bde992-85cb-4a4b-a9f3-ac3ddc3ff4f5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59758"/>
                    </a:xfrm>
                    <a:prstGeom prst="rect"/>
                  </pic:spPr>
                </pic:pic>
              </a:graphicData>
            </a:graphic>
          </wp:inline>
        </w:drawing>
      </w:r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  <w:rPr>
      <w:rFonts w:ascii="宋体" w:hAnsi="宋体" w:eastAsia="宋体"/>
      <w:color w:val="000000"/>
      <w:sz w:val="21"/>
    </w:rPr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 w:ascii="宋体" w:hAnsi="宋体" w:eastAsia="宋体"/>
      <w:b/>
      <w:bCs/>
      <w:color w:val="000000"/>
      <w:sz w:val="44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 w:ascii="宋体" w:hAnsi="宋体" w:eastAsia="宋体"/>
      <w:b/>
      <w:bCs/>
      <w:color w:val="000000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 w:ascii="宋体" w:hAnsi="宋体" w:eastAsia="宋体"/>
      <w:b/>
      <w:bCs/>
      <w:color w:val="000000"/>
      <w:sz w:val="3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 w:ascii="宋体" w:hAnsi="宋体" w:eastAsia="宋体"/>
      <w:b/>
      <w:bCs/>
      <w:i/>
      <w:iCs/>
      <w:color w:val="000000"/>
      <w:sz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 w:ascii="宋体" w:hAnsi="宋体" w:eastAsia="宋体"/>
      <w:b/>
      <w:color w:val="000000"/>
      <w:sz w:val="28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 w:ascii="宋体" w:hAnsi="宋体" w:eastAsia="宋体"/>
      <w:b/>
      <w:i/>
      <w:iCs/>
      <w:color w:val="000000"/>
      <w:sz w:val="24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 w:ascii="宋体" w:hAnsi="宋体" w:eastAsia="宋体"/>
      <w:b/>
      <w:i/>
      <w:iCs/>
      <w:color w:val="000000"/>
      <w:sz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 w:ascii="宋体" w:hAnsi="宋体" w:eastAsia="宋体"/>
      <w:b/>
      <w:color w:val="000000"/>
      <w:sz w:val="24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 w:ascii="宋体" w:hAnsi="宋体" w:eastAsia="宋体"/>
      <w:b/>
      <w:i/>
      <w:iCs/>
      <w:color w:val="000000"/>
      <w:sz w:val="21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jpg"/><Relationship Id="rId10" Type="http://schemas.openxmlformats.org/officeDocument/2006/relationships/image" Target="media/image2.jpg"/><Relationship Id="rId11" Type="http://schemas.openxmlformats.org/officeDocument/2006/relationships/image" Target="media/image3.jpg"/><Relationship Id="rId12" Type="http://schemas.openxmlformats.org/officeDocument/2006/relationships/image" Target="media/image4.jpg"/><Relationship Id="rId13" Type="http://schemas.openxmlformats.org/officeDocument/2006/relationships/image" Target="media/image5.jpg"/><Relationship Id="rId14" Type="http://schemas.openxmlformats.org/officeDocument/2006/relationships/image" Target="media/image6.jpg"/><Relationship Id="rId15" Type="http://schemas.openxmlformats.org/officeDocument/2006/relationships/image" Target="media/image7.jpg"/><Relationship Id="rId16" Type="http://schemas.openxmlformats.org/officeDocument/2006/relationships/image" Target="media/image8.jpg"/><Relationship Id="rId17" Type="http://schemas.openxmlformats.org/officeDocument/2006/relationships/image" Target="media/image9.jpg"/><Relationship Id="rId18" Type="http://schemas.openxmlformats.org/officeDocument/2006/relationships/image" Target="media/image10.jpg"/><Relationship Id="rId19" Type="http://schemas.openxmlformats.org/officeDocument/2006/relationships/image" Target="media/image11.jpg"/><Relationship Id="rId20" Type="http://schemas.openxmlformats.org/officeDocument/2006/relationships/image" Target="media/image12.jpg"/><Relationship Id="rId21" Type="http://schemas.openxmlformats.org/officeDocument/2006/relationships/image" Target="media/image1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