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7e06272-7bbf-4972-9a96-9dd1b23caf0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ef51ac6-d697-499f-9670-8e4489ab8aa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12bd3f2-b400-4b49-ad40-f6677c093edc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62b7faf-a2b6-4302-9198-6208caf318ba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d8649fb-4982-4adf-b2d4-8153f578748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e773e1a-18c3-49b5-9553-bc15ea9d11b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463dc2d-9990-4554-9e76-bf14d2a5d2c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f0e8904-cd02-4ca6-9953-caf815b2efd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b5d4881-1927-4d4c-a14c-ef91d065a84e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151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c1e37d6-9948-49b5-8148-fd79ed03fa0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151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