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3"/>
        <w:spacing w:line="360" w:lineRule="auto" w:before="0" w:after="0"/>
        <w:ind w:firstLine="420"/>
      </w:pPr>
      <w:r>
        <w:t>2023年度审计报告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862e3c-68f6-45be-bf45-03cbff001ff0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b66030f-5795-4eec-9508-02c485063cca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766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e87b05-b093-4fcc-b1e7-ecf8432d2e7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766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a5fe7b7-cc65-4a8e-abfe-88475b4b0693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c4e892a-bc9f-4ad2-9e04-02196604eb12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c8643b1-db46-4754-b397-59d6027181f4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bd5a3dc-5bd2-42da-bbc9-bbd21b8425a8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066083f-3988-4b54-911c-f5a360b13e5e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3f13ef0-2b73-4d89-81d7-1b4e294dcdef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3566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81231e5-0ffe-41a6-8ddb-b0d1e1237450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35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bb006c-d745-41fc-ad1c-34adc692f168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8291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bc7c0c3-22db-4796-90f4-3933fe8adba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829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9ea011e-5817-4281-b38d-242e7defbc1a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5231376-f5c4-49ae-b3e0-8c274bab4a9a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753bc42-7312-4b71-a0c4-9a0e2b58db2a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088311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cac998c-9846-46d8-a2bf-c00599439798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0883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c0ba810-3779-4217-af8b-83074913d4b3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176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3abc29d-526f-40db-bb3b-b242a93eaa12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176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cdf19f-c285-4493-9326-68016ceba6b0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6519a55-ee3b-4548-bd8d-b772a72d90b2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16ef3b8-abda-43d0-ba7c-cd387f6f70ba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30008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7f9d44d-d511-4760-bde2-1c05836aabdf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300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bbb33f1-f4ac-48d2-ada6-f0f63b39d3cf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image" Target="media/image3.jp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g"/><Relationship Id="rId19" Type="http://schemas.openxmlformats.org/officeDocument/2006/relationships/image" Target="media/image11.jpeg"/><Relationship Id="rId20" Type="http://schemas.openxmlformats.org/officeDocument/2006/relationships/image" Target="media/image12.jp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g"/><Relationship Id="rId3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