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" ContentType="image/bm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5"/>
        <w:spacing w:line="360" w:lineRule="auto" w:before="0" w:after="0"/>
        <w:ind w:firstLine="420"/>
      </w:pPr>
      <w:r>
        <w:t>大洼区洁冷土建工程中心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786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营业执照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78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786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ca30238-d375-402c-be67-f243e49ed10f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786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