
<file path=[Content_Types].xml><?xml version="1.0" encoding="utf-8"?>
<Types xmlns="http://schemas.openxmlformats.org/package/2006/content-types">
  <Default Extension="bmp" ContentType="image/bmp"/>
  <Default Extension="jpe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360" w:lineRule="auto" w:before="0" w:after="0"/>
        <w:ind w:firstLine="420"/>
      </w:pPr>
      <w:r>
        <w:t>我公司为中华人民共和国境内注册的独立法人，具有有效的营业执照。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727861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8e64bbe-72bc-4dff-9854-63e3251ab1d8.bmp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727861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b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