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" ContentType="image/bm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4"/>
        <w:spacing w:line="360" w:lineRule="auto" w:before="0" w:after="0"/>
        <w:ind w:firstLine="420"/>
      </w:pPr>
      <w:r>
        <w:t>大洼区洁冷土建工程中心</w:t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3727861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营业执照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3727861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