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64bbe-72bc-4dff-9854-63e3251ab1d8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