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52263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fad6fde-bc89-4f19-a809-039851cfafc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5226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8073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85e350-3574-4dce-9605-652a6fe2078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8073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