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5493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e4a1bca-a725-4749-b9c7-c7a026da94a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54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8253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41d4174-6bef-432e-b39f-ab87ee130b9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825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8820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159cab-e4b6-4844-b953-5e8ca1b19df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8820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