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2939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fe747cc-ce54-4997-bd44-37cd100def1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293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75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06d30f8-10c0-46c5-b7bb-8ee19550bd0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7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75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08314ea-d48a-4654-97da-cdb9c90f6b2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7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75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7de8c2-af21-47bb-b108-5df7c0886afd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7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75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316cfc7-4e68-40b4-9f70-7a4cbd6322f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7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75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ac3f8fb-567d-419f-85b3-5bbdefdd431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7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75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ead91e2-94a8-4518-a652-5fe8b8d09be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7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75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ccf14b2-e74a-49dd-9f3d-75b1f19a15e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7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758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fc6df41-03f8-41d9-83a3-aa043f4950d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7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758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427dc09-bf46-4426-a26b-74f9d1e261d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7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758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b93ac66-0b14-4e60-982e-a29532f82a1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7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758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3568e2f-8596-4e70-b9e9-74e968188ded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7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758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a50e4d7-5370-4c5c-9489-997113ef19a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758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