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cbb951-bf35-474d-b4c4-e0f640e04b7d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e947b4b-2cd4-4623-b001-29b36d476fe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8f87193-4110-4266-b468-a901a1c0debd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fbed98e-9091-4ac2-a16a-cfb82a7a9b6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a28970c-74e3-4222-8eb4-00cfd9e5283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16d420d-65d4-4f11-a67b-e2c29000536d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b320c56-b60e-4b05-9f5c-1e338afa06a8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4efa08-79a7-4322-b716-00748b20d7f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4cb6c9-8ee6-4940-bc09-6d103ba3653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975246a-8b9d-4bdc-bd2d-793c718498d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