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a998a7f-8886-4317-b0f3-cf5e4b95745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81b5022-8992-4734-9958-8eec52abae1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2c9d61c-d40e-4944-8a22-ba0cbce44b9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cec3810-d65d-44a1-9080-f9cbf6bae7b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91839c0-07c5-4fc4-9b45-a8cf658fd1d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4e1ef75-0eaf-4f9d-bf8d-fd46defb711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0921904-98ca-415f-9ed1-1d5bc62474e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02616f3-739e-404a-b549-6bbcb204efe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ae4fb6e-a1a2-4a06-b7a7-d687e10e662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8e713fc-3db4-40e2-9c4d-c75667bf2bf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7dfdfab-2144-4269-b2c9-374d79362d1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fd56775-13b0-4c19-815f-ed53813c3a0c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e15f15b-b442-4497-868d-15ca6ed135b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2f720d9-9d3c-44d9-9a3b-2d44365da0f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52e77ce-f037-4b29-9479-958fc68bdda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0b4c537-601b-4ef2-9b19-2d6b9905535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e0c9ca4-7bbf-41b3-a0f1-99fbed64ce5f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deac6e0-e94e-4d74-be91-eb44fb3891f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9280f18-3042-4123-872c-c8f7bbf3806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8e9832d-ed5d-48a2-bb0b-62144c7adbe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238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ba51adc-bead-48e5-9e84-9664191cf17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23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13297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94791d-14e1-4326-8369-5b20afb1d8a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132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4e5d6bd-c9c8-4ecf-b8b7-c47d9b828dbf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1999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38dbab5-62cf-4d79-9a96-8f20b41dc6c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19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