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75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9ee4f9a-8848-4e14-976a-d0cdfc20e4c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7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91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559705a-de8a-41d4-871e-d847b422c58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9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529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6f28a28-a892-405f-aaec-f1ceac8ecd7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52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10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96c7da4-81a3-46b2-8d65-e91991e9d3e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1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8136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64632ef-1ef3-4f3d-afa0-802794faeb4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813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98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e918b02-befc-457f-a912-1696f581f3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9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37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4535de7-4080-46f5-9c3b-adcb7aba627b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37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